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מילים בתמונות - שבוע השפה העברית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וניבים בעלי יותר ממשמעות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פירוק שמות יישובים למילים שאפשר לצייר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חשיבה יצירתית סביב משחקי 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אחד הנושאים בגלריה הוא ניבים וביטויים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תמונה מרמזת על שתי משמעויות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מילים כפולות משמעות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גם מרחק וגם הודעת דואר אלקטרוני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עוזר ומשרת מישהו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שתי התשובות הראשונה והשלישית נכונות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ניבים -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שרטון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שמות יישובים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(הר שעולים אליו, וחמישה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(גבעה וקטניה קטנה וצהובה)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(מילה שגם מתארת חפץ קטן ושימושי)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(מקומות גבוהים, כמו גבעות)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ליצירת חידת תמונה של 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שם של יישוב בארץ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מפרקים את השם לשתי מילים נפרדות שיש להן 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בודקים שכל מילה אפשר לצייר בקלות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מציירים את שתי המילים יחד בתמונה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התלמיד.ה בוחר.ת יישוב אמיתי, מפרק.ת את שמו לשתי מילים הגיוניות, ומתאר.ת ציור ברור ומתאים לשתי המילים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הגיונית עם שתי משמעויות אמיתיות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שרטון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שהמשמעות המילולית היא הפשוטה, והניבית היא המושאלת/הסמלית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בכיתה כמה מהתמונות המקוריות מהגלריה (ללא חשיפת התשובה) ולבקש מהתלמידים לנחש בעצמם לפני פתרון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את התלמידים ליצור חידת תמונה אחת משלהם בסוף השיעור ולשתף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להפנות תשומת לב לכך שהמשמעות הכפולה יכולה להיות בצליל (שרטון-סרטון) או במילה עצמה (כף, שרת)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מילים בתמונות - שבוע השפה העברית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סוג מיוחד של חידות תמונה: תמונות שמסתירות בתוכן מילה, ניב או שם של יישוב. כל תמונה מרמזת על שתי משמעויות - אחת מילולית ואחת אחרת.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כף  ·  שרטון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בגלריה יש תמונות שמסתירות ניבים וביטויים בעברית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תמונה בגלריה מתאימה למשמעות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מילים כפולות משמעות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יכולה להיות המילה 'מייל' בעברית מודרנית?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יחידת מרחק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הודעת דואר אלקטרוני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גם מרחק וגם הודעת דואר אלקטרוני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המילה 'שרת' במחשבים יכולה להתחלף במשמעותה הדומה למי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נוהג במכונית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עוזר ומשרת 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גר ביישוב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כף יכולה להיות חלק מהביטוי הבא: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נשא על כפיים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עלה על שרטון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שתי התשובות הראשונה והשלישית נכונות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ניבים -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בביטוי 'הכריע את ה__________' המילה החסרה קשורה גם לכלי אכילה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כשספינה נתקעת במקום רדוד בים אומרים שהיא עלתה על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שמות יישובים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מעלה החמישה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מילה שגם מתארת חפץ קטן ושימושי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תל עדשים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מקומות גבוהים, כמו גבעות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מטולה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הר שעולים אליו, וחמישה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גבעה וקטניה קטנה וצהובה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 ליצירת חידת תמונה של 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מפרקים את השם לשתי מילים נפרדות שיש להן משמעות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שם של יישוב בארץ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מציירים את שתי המילים יחד בתמונה אחת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שכל מילה אפשר לצייר בקלות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שם של יישוב בארץ שאפשר לפרק לשתי מילים (לדוגמה כמו מעלה החמישה או תל עדשים), ותארו במילים איך הייתם מציירים חידת תמונה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למילה כפולת משמעות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השלימו: עלה על ה___ (ביטוי שקשור לספינה)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משחקי מילים בתמונות - שבוע השפה העברית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