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 מילים בתמונות - שבוע השפה העברית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וניבים בעלי יותר ממשמעות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פירוק שמות יישובים למילים שאפשר לצייר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חשיבה יצירתית סביב משחקי 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אחד הנושאים בגלריה הוא ניבים וביטויים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תמונה מרמזת על שתי משמעויות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נעשה למשל עם מעלה החמישה ותל עדשים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כף יכולה להיות כף יד, כף בישול או הכרעה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חידה על שעון חורף ועל פנסים דולקים ביום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מילים כפולות משמעות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גם מרחק וגם הודעת דואר אלקטרוני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עוזר ומשרת מישהו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הבדל בצליל - האות שׂ לעומת 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שתי התשובות הראשונה והשלישית נכונות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בתחילת החורף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ניבים -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קרח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שמות יישובים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(הר שעולים אליו, וחמישה 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(גבעה וקטניה קטנה וצהובה)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(מילה שגם מתארת חפץ קטן ושימושי)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(מקומות גבוהים, כמו גבעות)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(שטחים שגדלים בהם ענבים)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ליצירת חידת תמונה של יישוב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שם של יישוב בארץ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מפרקים את השם לשתי מילים נפרדות שיש להן 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בודקים שכל מילה אפשר לצייר בקלות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מציירים את שתי המילים יחד בתמונה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מזמינים חברים לנחש את שם היישוב לפי הציור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התלמיד.ה בוחר.ת יישוב אמיתי, מפרק.ת את שמו לשתי מילים הגיוניות, ומתאר.ת ציור ברור ומתאים לשתי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התלמיד.ה בוחר.ת ניב מוכר, מסביר.ה את המשמעות הפשוטה (מילולית) ואת המשמעות הנוספת שהניב מביע בפועל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הגיונית עם שתי משמעויות אמיתיות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שרטון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שהמשמעות המילולית היא הפשוטה, והניבית היא המושאלת/הסמלית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בכיתה כמה מהתמונות המקוריות מהגלריה (ללא חשיפת התשובה) ולבקש מהתלמידים לנחש בעצמם לפני פתרון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את התלמידים ליצור חידת תמונה אחת משלהם בסוף השיעור ולשתף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להפנות תשומת לב לכך שהמשמעות הכפולה יכולה להיות בצליל (שרטון-סרטון) או במילה עצמה (כף, שרת)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 מילים בתמונות - שבוע השפה העברית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חידות עם תמונות. כל תמונה מסתירה מילה אחת עם שתי משמעויות, או ניב, או שם של מקום בארץ.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צירוף מילים קבוע שיש לו משמעות מיוחדת, שונה מהמשמעות המילולית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כפולת משמעות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אחת שיש לה שני פירושים שונים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יישוב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עיר, כפר או מקום מגורים בארץ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חידת תמונה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 שמסתירה בתוכה מילה או רעיון שצריך לפענח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כפשוטו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המשמעות הישירה והפשוטה של המילים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שרטון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רדוד בים שספינה יכולה להיתקע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גאוגרפיה לשונית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הקשר בין שמות מקומות למשמעות המילים שבתוכם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בגלריה יש תמונות שמסתירות ניבים וביטויים בעברית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תמונה בגלריה מתאימה למשמעות אחת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לפרק שם של יישוב לשתי מילים שאפשר לצייר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הביטוי 'הכריע את הכף' קשור למילה כף שיש לה כמה משמעויות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בגלריה אין שום דוגמה הקשורה לעונות השנה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מילים כפולות משמעות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למילה מייל יש כמה פירושים אפשריים - סמנו את הנכון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יחידת מרחק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הודעת דואר אלקטרוני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מרחק וגם הודעת דואר אלקטרוני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שם של 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הקשר בין שרת מחשב לבין מילה אחרת דומה?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נוהג במכונית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עוזר ומשרת מישהו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גר ביישוב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מנגן בכלי נגינה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שרטון וסרטון נשמעות דומה - מה באמת שונה ביניהן?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הבדל רק בכתיב, לא בצליל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הבדל בצליל - האות שׂ לעומת 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הבדל רק במשמעות ולא בצליל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ביטוי משתמש במילה כף?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נשא על כפיים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עלה על שרטון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הכריע את הכף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 התשובות הראשונה והשלישית נכונות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באיזו תקופה בשנה משנים את השעון?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בתחילת הקיץ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בתחילת החורף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בראש השנה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ניבים -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בביטוי 'הכריע את ה__________' המילה החסרה קשורה גם לכלי אכילה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כשספינה נתקעת במקום רדוד בים אומרים שהיא עלתה על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ביטוי שמתאר אדם שעוזר מאוד לאחר הוא: הוא ה__________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כשאדם מרוויח כסף בלי לעבוד קשה, אפשר לומר שהוא גזר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ביטוי שמתאר הליכה על קרקע לא יציבה: הוא הולך על __________ דק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שמות יישובים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מעלה החמישה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שטחים שגדלים בהם ענבים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תל עדשים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הר שעולים אליו, וחמישה אנשים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מטולה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גבעה וקטניה קטנה וצהובה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מילה שגם מתארת חפץ קטן ושימושי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כרמים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מקומות גבוהים, כמו גבעות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ליצירת חידת תמונה של יישוב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מזמינים חברים לנחש את שם היישוב לפי הציור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מציירים את שתי המילים יחד בתמונה אחת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שם של יישוב בארץ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מפרקים את השם לשתי מילים נפרדות שיש להן משמעות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שכל מילה אפשר לצייר בקלות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שם של יישוב בארץ שאפשר לפרק לשתי מילים (לדוגמה כמו מעלה החמישה או תל עדשים), ותארו במילים איך הייתם מציירים חידת תמונה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ניב אחד בעברית, הסבירו מה המשמעות המילולית שלו ומה המשמעות המושאלת (הניבית)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למילה כפולת משמעות שלמדתם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עלה על ה___ (ביטוי שקשור לספינה)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משמעות מילולית למשמעות ניבית?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משחקי מילים בתמונות - שבוע השפה העברית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