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-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וניבים בעלי יותר ממשמעות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שמות יישובים למילים שאפשר לצייר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סביב משחקי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 הנושאים בגלריה הוא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תמונה מרמזת על שתי 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נעשה למשל עם מעלה החמישה ותל עדשים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כף יכולה להיות כף יד, כף בישול או הכרעה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חידה על שעון חורף ועל פנסים דולקים ביום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כפולות משמעות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גם מרחק וגם הודעת דואר אלקטרוני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עוזר ומשרת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הבדל בצליל - האות שׂ לעומת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שתי התשובות הראשונה והשלישית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בתחילת החורף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ניבים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שמות יישובים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(הר שעולים אליו, וחמישה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(גבעה וקטניה קטנה וצהובה)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(מילה שגם מתארת חפץ קטן ושימושי)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(מקומות גבוהים, כמו גבעות)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(שטחים שגדלים בהם ענבים)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ליצירת חידת תמונה של 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של יישוב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מפרקים את השם לשתי מילים נפרדות שיש להן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שכל מילה אפשר לצייר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את שתי המילים יחד בתמונה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מזמינים חברים לנחש את שם היישוב לפי הציור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בוחר.ת יישוב אמיתי, מפרק.ת את שמו לשתי מילים הגיוניות, ומתאר.ת ציור ברור ומתאים לשתי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התלמיד.ה בוחר.ת ניב מוכר, מסביר.ה את המשמעות הפשוטה (מילולית) ואת המשמעות הנוספת שהניב מביע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הגיונית עם שתי משמעויות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שהמשמעות המילולית היא הפשוטה, והניבית היא המושאלת/הסמלית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כמה מהתמונות המקוריות מהגלריה (ללא חשיפת התשובה) ולבקש מהתלמידים לנחש בעצמם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ליצור חידת תמונה אחת משלהם בסוף השיעור ולשתף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להפנות תשומת לב לכך שהמשמעות הכפולה יכולה להיות בצליל (שרטון-סרטון) או במילה עצמה (כף, שרת)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-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סוג מיוחד של חידות תמונה: תמונות שמסתירות בתוכן מילה, ניב או שם של יישוב. כל תמונה מרמזת על שתי משמעויות - אחת מילולית ואחת אחרת.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בגלריה יש תמונות שמסתירות ניבים וביטויים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תמונה בגלריה מתאימה למשמעות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לפרק שם של יישוב לשתי מילים שאפשר לצייר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'הכריע את הכף' קשור למילה כף שיש לה כמה משמעויות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בגלריה אין שום דוגמה הקשורה לעונות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מילים כפולות משמעות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יכולה להיות המילה 'מייל' בעברית מודרנית?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יחידת 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הודעת דואר אלקטרוני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מרחק וגם הודעת דואר אלקטרוני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שם של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'שרת' במחשבים יכולה להתחלף במשמעותה הדומה למי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נוהג במכונית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 ומשרת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מנגן בכלי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המילים 'שרטון' ו'סרטון'?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הבדל רק בכתיב, לא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הבדל בצליל - האות שׂ לעומת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הבדל רק במשמעות ולא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כף יכולה להיות חלק מהביטוי הבא: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 על כפיים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עלה על שרטון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הכריע את הכף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התשובות הראשונה והשלישית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מזיזים את השעון שעה אחורה?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בתחילת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בראש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ניבים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בביטוי 'הכריע את ה__________' המילה החסרה קשורה גם לכלי אכילה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כשספינה נתקעת במקום רדוד בים אומרים שהיא עלתה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ביטוי שמתאר אדם שעוזר מאוד לאחר הוא: הוא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כשאדם מרוויח כסף בלי לעבוד קשה, אפשר לומר שהוא גזר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ביטוי שמתאר הליכה על קרקע לא יציבה: הוא הולך על __________ דק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שמות יישובים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מעלה החמישה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גבעה וקטניה קטנה וצהובה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 עדשים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מקומות גבוהים, כמו גבעות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שטחים שגדלים בהם ענבים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 שעולים אליו, וחמישה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שגם מתארת חפץ קטן ושימושי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ליצירת חידת תמונה של 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מפרקים את השם לשתי מילים נפרדות שיש להן משמעות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את שתי המילים יחד בתמונה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של יישוב בארץ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מזמינים חברים לנחש את שם היישוב לפי הציור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שכל מילה אפשר לצייר בקלות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של יישוב בארץ שאפשר לפרק לשתי מילים (לדוגמה כמו מעלה החמישה או תל עדשים), ותארו במילים איך הייתם מציירים חידת תמונה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ניב אחד בעברית, הסבירו מה המשמעות המילולית שלו ומה המשמעות המושאלת (הניבית)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כפולת משמעות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עלה על ה___ (ביטוי שקשור לספינה)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משמעות מילולית למשמעות ניבית?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- שבוע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